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b/>
          <w:i w:val="0"/>
          <w:sz w:val="36"/>
        </w:rPr>
        <w:t>INVOICE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4252"/>
      </w:tblGrid>
      <w:tr>
        <w:tc>
          <w:tcPr>
            <w:tcW w:type="dxa" w:w="5669"/>
          </w:tcPr>
          <w:p>
            <w:r>
              <w:t>YOUR BUSINESS NAME</w:t>
              <w:br/>
              <w:t>Address, City, PIN</w:t>
              <w:br/>
              <w:t>Phone | Email</w:t>
            </w:r>
          </w:p>
        </w:tc>
        <w:tc>
          <w:tcPr>
            <w:tcW w:type="dxa" w:w="4252"/>
          </w:tcPr>
          <w:p>
            <w:r>
              <w:t>Invoice No.: 001</w:t>
              <w:br/>
              <w:t>Date: DD/MM/YYYY</w:t>
              <w:br/>
              <w:t>Due Date: DD/MM/YYYY</w:t>
            </w:r>
          </w:p>
        </w:tc>
      </w:tr>
    </w:tbl>
    <w:p/>
    <w:p>
      <w:pPr>
        <w:spacing w:after="40"/>
      </w:pPr>
      <w:r>
        <w:rPr>
          <w:b w:val="0"/>
          <w:i w:val="0"/>
        </w:rPr>
        <w:t>Bill To: Customer name, address, phone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5102"/>
        <w:gridCol w:w="1134"/>
        <w:gridCol w:w="1474"/>
        <w:gridCol w:w="1474"/>
      </w:tblGrid>
      <w:tr>
        <w:tc>
          <w:tcPr>
            <w:tcW w:type="dxa" w:w="737"/>
          </w:tcPr>
          <w:p>
            <w:r>
              <w:rPr>
                <w:b/>
              </w:rPr>
              <w:t>S.No</w:t>
            </w:r>
          </w:p>
        </w:tc>
        <w:tc>
          <w:tcPr>
            <w:tcW w:type="dxa" w:w="510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1474"/>
          </w:tcPr>
          <w:p>
            <w:r>
              <w:rPr>
                <w:b/>
              </w:rPr>
              <w:t>Amount (₹)</w:t>
            </w:r>
          </w:p>
        </w:tc>
      </w:tr>
      <w:tr>
        <w:tc>
          <w:tcPr>
            <w:tcW w:type="dxa" w:w="737"/>
          </w:tcPr>
          <w:p>
            <w:r>
              <w:t>1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737"/>
          </w:tcPr>
          <w:p>
            <w:r>
              <w:t>2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737"/>
          </w:tcPr>
          <w:p>
            <w:r>
              <w:t>3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737"/>
          </w:tcPr>
          <w:p>
            <w:r>
              <w:t>4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737"/>
          </w:tcPr>
          <w:p>
            <w:r>
              <w:t>5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737"/>
          </w:tcPr>
          <w:p>
            <w:r>
              <w:t>6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737"/>
          </w:tcPr>
          <w:p>
            <w:r>
              <w:t>7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737"/>
          </w:tcPr>
          <w:p>
            <w:r>
              <w:t>8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737"/>
          </w:tcPr>
          <w:p>
            <w:r/>
          </w:p>
        </w:tc>
        <w:tc>
          <w:tcPr>
            <w:tcW w:type="dxa" w:w="5102"/>
          </w:tcPr>
          <w:p>
            <w:r>
              <w:t>Total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</w:tr>
    </w:tbl>
    <w:p/>
    <w:p>
      <w:pPr>
        <w:spacing w:after="40"/>
      </w:pPr>
      <w:r>
        <w:rPr>
          <w:b w:val="0"/>
          <w:i w:val="0"/>
        </w:rPr>
        <w:t>Amount in words: ______________________________ Rupees Only</w:t>
      </w:r>
    </w:p>
    <w:p>
      <w:pPr>
        <w:spacing w:after="40"/>
      </w:pPr>
      <w:r>
        <w:rPr>
          <w:b w:val="0"/>
          <w:i w:val="0"/>
        </w:rPr>
        <w:t>Payment details: UPI ID / Bank account / IFSC</w:t>
      </w:r>
    </w:p>
    <w:p>
      <w:pPr>
        <w:spacing w:after="40"/>
        <w:jc w:val="right"/>
      </w:pPr>
      <w:r>
        <w:rPr>
          <w:b w:val="0"/>
          <w:i w:val="0"/>
        </w:rPr>
        <w:br/>
        <w:t>For YOUR BUSINESS NAME</w:t>
        <w:br/>
        <w:br/>
        <w:br/>
        <w:t>Signature</w:t>
      </w:r>
    </w:p>
    <w:p>
      <w:pPr>
        <w:spacing w:after="40"/>
      </w:pPr>
      <w:r>
        <w:rPr>
          <w:b w:val="0"/>
          <w:i/>
          <w:color w:val="6B7280"/>
          <w:sz w:val="16"/>
        </w:rPr>
        <w:t>Free format from billgenerator.co.in. Replace the placeholder text, or create and download it as a PDF online at billgenerator.co.in/tools/general-bill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