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2"/>
        </w:rPr>
        <w:t>RENT RECEIPT</w:t>
      </w:r>
    </w:p>
    <w:p>
      <w:pPr>
        <w:spacing w:after="40"/>
      </w:pPr>
      <w:r>
        <w:rPr>
          <w:b w:val="0"/>
          <w:i w:val="0"/>
        </w:rPr>
        <w:t>Receipt No.: ______                                                         Date: DD/MM/YYYY</w:t>
      </w:r>
    </w:p>
    <w:p/>
    <w:p>
      <w:pPr>
        <w:spacing w:after="240"/>
      </w:pPr>
      <w:r>
        <w:rPr>
          <w:b w:val="0"/>
          <w:i w:val="0"/>
        </w:rPr>
        <w:t>Received a sum of Rs. __________ (Rupees ______________________________ Only) from Mr./Ms. ____________________ (tenant) towards rent for the property at ______________________________________________ for the period __________ to __________, paid by Cash / UPI / Bank Transfer / Cheque (Ref: __________).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  <w:gridCol w:w="5386"/>
      </w:tblGrid>
      <w:tr>
        <w:tc>
          <w:tcPr>
            <w:tcW w:type="dxa" w:w="4535"/>
          </w:tcPr>
          <w:p>
            <w:r>
              <w:t>Landlord Name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4535"/>
          </w:tcPr>
          <w:p>
            <w:r>
              <w:t>Landlord PAN (required if annual rent exceeds Rs. 1 lakh)</w:t>
            </w:r>
          </w:p>
        </w:tc>
        <w:tc>
          <w:tcPr>
            <w:tcW w:type="dxa" w:w="5386"/>
          </w:tcPr>
          <w:p>
            <w:r/>
          </w:p>
        </w:tc>
      </w:tr>
      <w:tr>
        <w:tc>
          <w:tcPr>
            <w:tcW w:type="dxa" w:w="4535"/>
          </w:tcPr>
          <w:p>
            <w:r>
              <w:t>Landlord Address</w:t>
            </w:r>
          </w:p>
        </w:tc>
        <w:tc>
          <w:tcPr>
            <w:tcW w:type="dxa" w:w="5386"/>
          </w:tcPr>
          <w:p>
            <w:r/>
          </w:p>
        </w:tc>
      </w:tr>
    </w:tbl>
    <w:p/>
    <w:p>
      <w:pPr>
        <w:spacing w:after="40"/>
        <w:jc w:val="right"/>
      </w:pPr>
      <w:r>
        <w:rPr>
          <w:b w:val="0"/>
          <w:i w:val="0"/>
        </w:rPr>
        <w:br/>
        <w:t>Revenue stamp (cash payment above Rs. 5,000)</w:t>
        <w:br/>
        <w:br/>
        <w:br/>
        <w:t>Landlord's Signature</w:t>
      </w:r>
    </w:p>
    <w:p>
      <w:pPr>
        <w:spacing w:after="40"/>
      </w:pPr>
      <w:r>
        <w:rPr>
          <w:b w:val="0"/>
          <w:i/>
          <w:color w:val="6B7280"/>
          <w:sz w:val="16"/>
        </w:rPr>
        <w:t>Free format from billgenerator.co.in. Replace the placeholder text, or create and download it as a PDF online at billgenerator.co.in/tools/rent-receipt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