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8"/>
        </w:rPr>
        <w:t>YOUR BUSINESS NAME</w:t>
      </w:r>
    </w:p>
    <w:p>
      <w:pPr>
        <w:spacing w:after="40"/>
        <w:jc w:val="center"/>
      </w:pPr>
      <w:r>
        <w:rPr>
          <w:b w:val="0"/>
          <w:i w:val="0"/>
          <w:sz w:val="18"/>
        </w:rPr>
        <w:t>Address | Phone | PAN/GSTIN (optional)</w:t>
      </w:r>
    </w:p>
    <w:p>
      <w:pPr>
        <w:spacing w:after="40"/>
        <w:jc w:val="center"/>
      </w:pPr>
      <w:r>
        <w:rPr>
          <w:b/>
          <w:i w:val="0"/>
          <w:sz w:val="32"/>
        </w:rPr>
        <w:t>PAYMENT RECEIPT</w:t>
      </w:r>
    </w:p>
    <w:p>
      <w:pPr>
        <w:spacing w:after="40"/>
      </w:pPr>
      <w:r>
        <w:rPr>
          <w:b w:val="0"/>
          <w:i w:val="0"/>
        </w:rPr>
        <w:t>Receipt No.: ______                                                         Date: DD/MM/YYYY</w:t>
      </w:r>
    </w:p>
    <w:p/>
    <w:p>
      <w:pPr>
        <w:spacing w:after="200"/>
      </w:pPr>
      <w:r>
        <w:rPr>
          <w:b w:val="0"/>
          <w:i w:val="0"/>
        </w:rPr>
        <w:t>Received with thanks from ______________________________________________</w:t>
      </w:r>
    </w:p>
    <w:p>
      <w:pPr>
        <w:spacing w:after="200"/>
      </w:pPr>
      <w:r>
        <w:rPr>
          <w:b w:val="0"/>
          <w:i w:val="0"/>
        </w:rPr>
        <w:t>the sum of Rupees ______________________________________________ Only</w:t>
      </w:r>
    </w:p>
    <w:p>
      <w:pPr>
        <w:spacing w:after="200"/>
      </w:pPr>
      <w:r>
        <w:rPr>
          <w:b w:val="0"/>
          <w:i w:val="0"/>
        </w:rPr>
        <w:t>towards ______________________________________________________</w:t>
      </w:r>
    </w:p>
    <w:p>
      <w:pPr>
        <w:spacing w:after="200"/>
      </w:pPr>
      <w:r>
        <w:rPr>
          <w:b w:val="0"/>
          <w:i w:val="0"/>
        </w:rPr>
        <w:t>by Cash / UPI / Cheque / Bank Transfer   (Ref No.: ______________)</w:t>
      </w:r>
    </w:p>
    <w:p>
      <w:pPr>
        <w:spacing w:after="40"/>
      </w:pPr>
      <w:r>
        <w:rPr>
          <w:b/>
          <w:i w:val="0"/>
          <w:sz w:val="26"/>
        </w:rPr>
        <w:br/>
        <w:t>₹ ____________</w:t>
      </w:r>
    </w:p>
    <w:p>
      <w:pPr>
        <w:spacing w:after="40"/>
        <w:jc w:val="right"/>
      </w:pPr>
      <w:r>
        <w:rPr>
          <w:b w:val="0"/>
          <w:i w:val="0"/>
        </w:rPr>
        <w:br/>
        <w:t>Revenue stamp (cash receipts above ₹5,000)</w:t>
        <w:br/>
        <w:br/>
        <w:br/>
        <w:t>Receiver's Signature</w:t>
      </w:r>
    </w:p>
    <w:p>
      <w:pPr>
        <w:spacing w:after="40"/>
      </w:pPr>
      <w:r>
        <w:rPr>
          <w:b w:val="0"/>
          <w:i/>
          <w:color w:val="6B7280"/>
          <w:sz w:val="16"/>
        </w:rPr>
        <w:t>Free format from billgenerator.co.in. Replace the placeholder text, or create and download it as a PDF online at billgenerator.co.in/tools/payment-receipt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