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TAX INVOICE</w:t>
      </w:r>
    </w:p>
    <w:p>
      <w:pPr>
        <w:spacing w:after="40"/>
        <w:jc w:val="center"/>
      </w:pPr>
      <w:r>
        <w:rPr>
          <w:b w:val="0"/>
          <w:i/>
          <w:sz w:val="18"/>
        </w:rPr>
        <w:t>Original for Recipient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6"/>
        <w:gridCol w:w="4535"/>
      </w:tblGrid>
      <w:tr>
        <w:tc>
          <w:tcPr>
            <w:tcW w:type="dxa" w:w="5386"/>
          </w:tcPr>
          <w:p>
            <w:r>
              <w:t>YOUR BUSINESS NAME</w:t>
              <w:br/>
              <w:t>Address, City, State, PIN</w:t>
              <w:br/>
              <w:t>Phone | Email</w:t>
              <w:br/>
              <w:t>GSTIN: ____________  State Code: __</w:t>
            </w:r>
          </w:p>
        </w:tc>
        <w:tc>
          <w:tcPr>
            <w:tcW w:type="dxa" w:w="4535"/>
          </w:tcPr>
          <w:p>
            <w:r>
              <w:t>Invoice No.: INV/2026-27/001</w:t>
              <w:br/>
              <w:t>Invoice Date: DD/MM/YYYY</w:t>
              <w:br/>
              <w:t>Place of Supply: ________</w:t>
              <w:br/>
              <w:t>Reverse Charge: No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6"/>
        <w:gridCol w:w="4535"/>
      </w:tblGrid>
      <w:tr>
        <w:tc>
          <w:tcPr>
            <w:tcW w:type="dxa" w:w="5386"/>
          </w:tcPr>
          <w:p>
            <w:r>
              <w:t>Bill To:</w:t>
              <w:br/>
              <w:t>Buyer name</w:t>
              <w:br/>
              <w:t>Address</w:t>
              <w:br/>
              <w:t>GSTIN: ____________  State Code: __</w:t>
            </w:r>
          </w:p>
        </w:tc>
        <w:tc>
          <w:tcPr>
            <w:tcW w:type="dxa" w:w="4535"/>
          </w:tcPr>
          <w:p>
            <w:r>
              <w:t>Ship To:</w:t>
              <w:br/>
              <w:t>Delivery name</w:t>
              <w:br/>
              <w:t>Address</w:t>
              <w:br/>
              <w:t>State &amp; Code: ________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4"/>
        <w:gridCol w:w="2268"/>
        <w:gridCol w:w="907"/>
        <w:gridCol w:w="624"/>
        <w:gridCol w:w="850"/>
        <w:gridCol w:w="1077"/>
        <w:gridCol w:w="850"/>
        <w:gridCol w:w="850"/>
        <w:gridCol w:w="850"/>
        <w:gridCol w:w="1020"/>
      </w:tblGrid>
      <w:tr>
        <w:tc>
          <w:tcPr>
            <w:tcW w:type="dxa" w:w="624"/>
          </w:tcPr>
          <w:p>
            <w:r>
              <w:rPr>
                <w:b/>
              </w:rPr>
              <w:t>S.No</w:t>
            </w:r>
          </w:p>
        </w:tc>
        <w:tc>
          <w:tcPr>
            <w:tcW w:type="dxa" w:w="2268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907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62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50"/>
          </w:tcPr>
          <w:p>
            <w:r>
              <w:rPr>
                <w:b/>
              </w:rPr>
              <w:t>Rate</w:t>
            </w:r>
          </w:p>
        </w:tc>
        <w:tc>
          <w:tcPr>
            <w:tcW w:type="dxa" w:w="1077"/>
          </w:tcPr>
          <w:p>
            <w:r>
              <w:rPr>
                <w:b/>
              </w:rPr>
              <w:t>Taxable Value</w:t>
            </w:r>
          </w:p>
        </w:tc>
        <w:tc>
          <w:tcPr>
            <w:tcW w:type="dxa" w:w="850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50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50"/>
          </w:tcPr>
          <w:p>
            <w:r>
              <w:rPr>
                <w:b/>
              </w:rPr>
              <w:t>IGST</w:t>
            </w:r>
          </w:p>
        </w:tc>
        <w:tc>
          <w:tcPr>
            <w:tcW w:type="dxa" w:w="1020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624"/>
          </w:tcPr>
          <w:p>
            <w:r>
              <w:t>1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624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77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</w:tr>
      <w:tr>
        <w:tc>
          <w:tcPr>
            <w:tcW w:type="dxa" w:w="624"/>
          </w:tcPr>
          <w:p>
            <w:r>
              <w:t>2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624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77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</w:tr>
      <w:tr>
        <w:tc>
          <w:tcPr>
            <w:tcW w:type="dxa" w:w="624"/>
          </w:tcPr>
          <w:p>
            <w:r>
              <w:t>3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624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77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</w:tr>
      <w:tr>
        <w:tc>
          <w:tcPr>
            <w:tcW w:type="dxa" w:w="624"/>
          </w:tcPr>
          <w:p>
            <w:r>
              <w:t>4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624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77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</w:tr>
      <w:tr>
        <w:tc>
          <w:tcPr>
            <w:tcW w:type="dxa" w:w="624"/>
          </w:tcPr>
          <w:p>
            <w:r>
              <w:t>5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624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77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</w:tr>
      <w:tr>
        <w:tc>
          <w:tcPr>
            <w:tcW w:type="dxa" w:w="624"/>
          </w:tcPr>
          <w:p>
            <w:r>
              <w:t>6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624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77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</w:tr>
      <w:tr>
        <w:tc>
          <w:tcPr>
            <w:tcW w:type="dxa" w:w="624"/>
          </w:tcPr>
          <w:p>
            <w:r/>
          </w:p>
        </w:tc>
        <w:tc>
          <w:tcPr>
            <w:tcW w:type="dxa" w:w="2268"/>
          </w:tcPr>
          <w:p>
            <w:r>
              <w:t>Total</w:t>
            </w:r>
          </w:p>
        </w:tc>
        <w:tc>
          <w:tcPr>
            <w:tcW w:type="dxa" w:w="907"/>
          </w:tcPr>
          <w:p>
            <w:r/>
          </w:p>
        </w:tc>
        <w:tc>
          <w:tcPr>
            <w:tcW w:type="dxa" w:w="624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77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</w:tr>
    </w:tbl>
    <w:p/>
    <w:p>
      <w:pPr>
        <w:spacing w:after="40"/>
      </w:pPr>
      <w:r>
        <w:rPr>
          <w:b w:val="0"/>
          <w:i w:val="0"/>
        </w:rPr>
        <w:t>Amount in words: ______________________________________________ Rupees Only</w:t>
      </w:r>
    </w:p>
    <w:p>
      <w:pPr>
        <w:spacing w:after="40"/>
      </w:pPr>
      <w:r>
        <w:rPr>
          <w:b w:val="0"/>
          <w:i w:val="0"/>
        </w:rPr>
        <w:t>Bank details: Account name | Account no. | IFSC | Bank &amp; branch</w:t>
      </w:r>
    </w:p>
    <w:p>
      <w:pPr>
        <w:spacing w:after="40"/>
      </w:pPr>
      <w:r>
        <w:rPr>
          <w:b w:val="0"/>
          <w:i w:val="0"/>
          <w:sz w:val="18"/>
        </w:rPr>
        <w:t>Declaration: We declare that this invoice shows the actual price of the goods or services described and that all particulars are true and correct.</w:t>
      </w:r>
    </w:p>
    <w:p>
      <w:pPr>
        <w:spacing w:after="40"/>
        <w:jc w:val="right"/>
      </w:pPr>
      <w:r>
        <w:rPr>
          <w:b w:val="0"/>
          <w:i w:val="0"/>
        </w:rPr>
        <w:br/>
        <w:t>For YOUR BUSINESS NAME</w:t>
        <w:br/>
        <w:br/>
        <w:br/>
        <w:t>Authorised Signatory</w:t>
      </w:r>
    </w:p>
    <w:p>
      <w:pPr>
        <w:spacing w:after="40"/>
      </w:pPr>
      <w:r>
        <w:rPr>
          <w:b w:val="0"/>
          <w:i/>
          <w:color w:val="6B7280"/>
          <w:sz w:val="16"/>
        </w:rPr>
        <w:t>Free format from billgenerator.co.in. Replace the placeholder text, or create and download it as a PDF online at billgenerator.co.in/tools/gst-invoice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