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0"/>
        </w:rPr>
        <w:t>SCHOOL / INSTITUTE NAME</w:t>
      </w:r>
    </w:p>
    <w:p>
      <w:pPr>
        <w:spacing w:after="40"/>
        <w:jc w:val="center"/>
      </w:pPr>
      <w:r>
        <w:rPr>
          <w:b w:val="0"/>
          <w:i w:val="0"/>
          <w:sz w:val="18"/>
        </w:rPr>
        <w:t>Address | Phone | Email</w:t>
      </w:r>
    </w:p>
    <w:p>
      <w:pPr>
        <w:spacing w:after="40"/>
        <w:jc w:val="center"/>
      </w:pPr>
      <w:r>
        <w:rPr>
          <w:b/>
          <w:i w:val="0"/>
          <w:sz w:val="26"/>
        </w:rPr>
        <w:t>FEE RECEIPT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Receipt No.: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>
              <w:t>Date: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>
              <w:t>Student Name: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>
              <w:t>Parent / Guardian: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>
              <w:t>Class / Course: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>
              <w:t>Admission / Roll No.: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>
              <w:t>Academic Session: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>
              <w:t>Fee Period:</w:t>
            </w:r>
          </w:p>
        </w:tc>
        <w:tc>
          <w:tcPr>
            <w:tcW w:type="dxa" w:w="2550"/>
          </w:tcPr>
          <w:p>
            <w:r/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50"/>
        <w:gridCol w:w="6236"/>
        <w:gridCol w:w="2268"/>
      </w:tblGrid>
      <w:tr>
        <w:tc>
          <w:tcPr>
            <w:tcW w:type="dxa" w:w="850"/>
          </w:tcPr>
          <w:p>
            <w:r>
              <w:rPr>
                <w:b/>
              </w:rPr>
              <w:t>S.No</w:t>
            </w:r>
          </w:p>
        </w:tc>
        <w:tc>
          <w:tcPr>
            <w:tcW w:type="dxa" w:w="6236"/>
          </w:tcPr>
          <w:p>
            <w:r>
              <w:rPr>
                <w:b/>
              </w:rPr>
              <w:t>Particulars</w:t>
            </w:r>
          </w:p>
        </w:tc>
        <w:tc>
          <w:tcPr>
            <w:tcW w:type="dxa" w:w="2268"/>
          </w:tcPr>
          <w:p>
            <w:r>
              <w:rPr>
                <w:b/>
              </w:rPr>
              <w:t>Amount (₹)</w:t>
            </w:r>
          </w:p>
        </w:tc>
      </w:tr>
      <w:tr>
        <w:tc>
          <w:tcPr>
            <w:tcW w:type="dxa" w:w="850"/>
          </w:tcPr>
          <w:p>
            <w:r>
              <w:t>1</w:t>
            </w:r>
          </w:p>
        </w:tc>
        <w:tc>
          <w:tcPr>
            <w:tcW w:type="dxa" w:w="6236"/>
          </w:tcPr>
          <w:p>
            <w:r>
              <w:t>Tuition Fee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850"/>
          </w:tcPr>
          <w:p>
            <w:r>
              <w:t>2</w:t>
            </w:r>
          </w:p>
        </w:tc>
        <w:tc>
          <w:tcPr>
            <w:tcW w:type="dxa" w:w="6236"/>
          </w:tcPr>
          <w:p>
            <w:r>
              <w:t>Admission Fee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850"/>
          </w:tcPr>
          <w:p>
            <w:r>
              <w:t>3</w:t>
            </w:r>
          </w:p>
        </w:tc>
        <w:tc>
          <w:tcPr>
            <w:tcW w:type="dxa" w:w="6236"/>
          </w:tcPr>
          <w:p>
            <w:r>
              <w:t>Exam Fee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850"/>
          </w:tcPr>
          <w:p>
            <w:r>
              <w:t>4</w:t>
            </w:r>
          </w:p>
        </w:tc>
        <w:tc>
          <w:tcPr>
            <w:tcW w:type="dxa" w:w="6236"/>
          </w:tcPr>
          <w:p>
            <w:r>
              <w:t>Transport Fee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850"/>
          </w:tcPr>
          <w:p>
            <w:r>
              <w:t>5</w:t>
            </w:r>
          </w:p>
        </w:tc>
        <w:tc>
          <w:tcPr>
            <w:tcW w:type="dxa" w:w="6236"/>
          </w:tcPr>
          <w:p>
            <w:r>
              <w:t>Other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6236"/>
          </w:tcPr>
          <w:p>
            <w:r>
              <w:t>Total</w:t>
            </w:r>
          </w:p>
        </w:tc>
        <w:tc>
          <w:tcPr>
            <w:tcW w:type="dxa" w:w="2268"/>
          </w:tcPr>
          <w:p>
            <w:r/>
          </w:p>
        </w:tc>
      </w:tr>
    </w:tbl>
    <w:p/>
    <w:p>
      <w:pPr>
        <w:spacing w:after="40"/>
      </w:pPr>
      <w:r>
        <w:rPr>
          <w:b w:val="0"/>
          <w:i w:val="0"/>
        </w:rPr>
        <w:t>Amount in words: ______________________________ Rupees Only</w:t>
      </w:r>
    </w:p>
    <w:p>
      <w:pPr>
        <w:spacing w:after="40"/>
      </w:pPr>
      <w:r>
        <w:rPr>
          <w:b w:val="0"/>
          <w:i w:val="0"/>
        </w:rPr>
        <w:t>Payment mode: Cash / UPI / Cheque / Bank transfer     Ref: __________</w:t>
      </w:r>
    </w:p>
    <w:p>
      <w:pPr>
        <w:spacing w:after="40"/>
        <w:jc w:val="right"/>
      </w:pPr>
      <w:r>
        <w:rPr>
          <w:b w:val="0"/>
          <w:i w:val="0"/>
        </w:rPr>
        <w:br/>
        <w:br/>
        <w:br/>
        <w:t>Received By (Cashier / Accountant)</w:t>
      </w:r>
    </w:p>
    <w:p>
      <w:pPr>
        <w:spacing w:after="40"/>
      </w:pPr>
      <w:r>
        <w:rPr>
          <w:b w:val="0"/>
          <w:i/>
          <w:color w:val="6B7280"/>
          <w:sz w:val="16"/>
        </w:rPr>
        <w:t>Free format from billgenerator.co.in. Replace the placeholder text, or create and download it as a PDF online at billgenerator.co.in/tools/fee-receipt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